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6E65E8" w14:textId="77777777" w:rsidR="00F176C1" w:rsidRPr="00E315CA" w:rsidRDefault="00000000" w:rsidP="00E315CA">
      <w:pPr>
        <w:pStyle w:val="Tytu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OŚWIADCZENIA KANDYDATA / KANDYDATKI</w:t>
      </w:r>
    </w:p>
    <w:p w14:paraId="1556AF89" w14:textId="77777777" w:rsidR="0060408B" w:rsidRPr="00E315CA" w:rsidRDefault="0060408B" w:rsidP="00E315CA">
      <w:pPr>
        <w:pStyle w:val="Smallnote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24D909DD" w14:textId="77777777" w:rsidR="00F176C1" w:rsidRPr="00E315CA" w:rsidRDefault="00000000" w:rsidP="00E315CA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Imię i nazwisko:  ...............................................................................................................</w:t>
      </w:r>
    </w:p>
    <w:p w14:paraId="16B42DAE" w14:textId="77777777" w:rsidR="0060408B" w:rsidRPr="00E315CA" w:rsidRDefault="00000000" w:rsidP="00E315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 xml:space="preserve">W związku z ubieganiem się o zatrudnienie na stanowisku </w:t>
      </w:r>
    </w:p>
    <w:p w14:paraId="355C2419" w14:textId="0044F6E2" w:rsidR="00F176C1" w:rsidRPr="00E315CA" w:rsidRDefault="0060408B" w:rsidP="00E315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……………………………………………………………………………………………………</w:t>
      </w:r>
      <w:r w:rsidR="00E315CA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E315CA">
        <w:rPr>
          <w:rFonts w:ascii="Times New Roman" w:hAnsi="Times New Roman" w:cs="Times New Roman"/>
          <w:sz w:val="24"/>
          <w:szCs w:val="24"/>
          <w:lang w:val="pl-PL"/>
        </w:rPr>
        <w:t xml:space="preserve"> w Urzędzie Miasta i Gminy w Suchedniowie oświadczam, że:</w:t>
      </w:r>
    </w:p>
    <w:p w14:paraId="2AE1B17E" w14:textId="1E05A237" w:rsidR="00F176C1" w:rsidRPr="001E7BD6" w:rsidRDefault="00000000" w:rsidP="00E315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 xml:space="preserve">1. Posiadam </w:t>
      </w:r>
      <w:r w:rsidRPr="001E7BD6">
        <w:rPr>
          <w:rFonts w:ascii="Times New Roman" w:hAnsi="Times New Roman" w:cs="Times New Roman"/>
          <w:sz w:val="24"/>
          <w:szCs w:val="24"/>
          <w:lang w:val="pl-PL"/>
        </w:rPr>
        <w:t>obywatelstwo polskie</w:t>
      </w:r>
      <w:r w:rsidR="001E7BD6" w:rsidRPr="001E7BD6">
        <w:rPr>
          <w:rFonts w:ascii="Times New Roman" w:hAnsi="Times New Roman" w:cs="Times New Roman"/>
          <w:sz w:val="24"/>
          <w:szCs w:val="24"/>
          <w:lang w:val="pl-PL"/>
        </w:rPr>
        <w:t>/</w:t>
      </w:r>
      <w:r w:rsidR="001E7BD6" w:rsidRPr="001E7BD6">
        <w:rPr>
          <w:rFonts w:ascii="Times New Roman" w:hAnsi="Times New Roman" w:cs="Times New Roman"/>
          <w:sz w:val="24"/>
          <w:szCs w:val="24"/>
          <w:lang w:val="pl-PL"/>
        </w:rPr>
        <w:t>obywatelstwo państwa członkowskiego Unii Europejskiej</w:t>
      </w:r>
      <w:r w:rsidR="001E7BD6" w:rsidRPr="001E7BD6">
        <w:rPr>
          <w:rFonts w:ascii="Times New Roman" w:hAnsi="Times New Roman" w:cs="Times New Roman"/>
          <w:sz w:val="24"/>
          <w:szCs w:val="24"/>
          <w:lang w:val="pl-PL"/>
        </w:rPr>
        <w:t>/</w:t>
      </w:r>
      <w:r w:rsidR="001E7BD6" w:rsidRPr="001E7BD6">
        <w:rPr>
          <w:rFonts w:ascii="Times New Roman" w:hAnsi="Times New Roman" w:cs="Times New Roman"/>
          <w:sz w:val="24"/>
          <w:szCs w:val="24"/>
          <w:lang w:val="pl-PL"/>
        </w:rPr>
        <w:t>innego państwa, którego obywatelom, na podstawie umów międzynarodowych lub przepisów prawa Unii Europejskiej, przysługuje prawo do podjęcia zatrudnienia na terytorium Rzeczypospolitej Polskiej</w:t>
      </w:r>
      <w:r w:rsidR="00864AF0">
        <w:rPr>
          <w:rFonts w:ascii="Times New Roman" w:hAnsi="Times New Roman" w:cs="Times New Roman"/>
          <w:sz w:val="24"/>
          <w:szCs w:val="24"/>
          <w:lang w:val="pl-PL"/>
        </w:rPr>
        <w:t>*</w:t>
      </w:r>
      <w:r w:rsidR="001E7BD6" w:rsidRPr="001E7BD6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2F630385" w14:textId="77777777" w:rsidR="00F176C1" w:rsidRPr="001E7BD6" w:rsidRDefault="00000000" w:rsidP="00E315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E7BD6">
        <w:rPr>
          <w:rFonts w:ascii="Times New Roman" w:hAnsi="Times New Roman" w:cs="Times New Roman"/>
          <w:sz w:val="24"/>
          <w:szCs w:val="24"/>
          <w:lang w:val="pl-PL"/>
        </w:rPr>
        <w:t>2. Posiadam pełną zdolność do czynności prawnych.</w:t>
      </w:r>
    </w:p>
    <w:p w14:paraId="048AC981" w14:textId="77777777" w:rsidR="00F176C1" w:rsidRPr="00E315CA" w:rsidRDefault="00000000" w:rsidP="00E315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3. Korzystam z pełni praw publicznych.</w:t>
      </w:r>
    </w:p>
    <w:p w14:paraId="5B611894" w14:textId="1994C842" w:rsidR="00F176C1" w:rsidRPr="00E315CA" w:rsidRDefault="00000000" w:rsidP="00E315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4. Nie zostałam / nie zostałem prawomocnie skazana / skazany</w:t>
      </w:r>
      <w:r w:rsidR="0060408B" w:rsidRPr="00E315CA">
        <w:rPr>
          <w:rFonts w:ascii="Times New Roman" w:hAnsi="Times New Roman" w:cs="Times New Roman"/>
          <w:sz w:val="24"/>
          <w:szCs w:val="24"/>
          <w:lang w:val="pl-PL"/>
        </w:rPr>
        <w:t>*</w:t>
      </w:r>
      <w:r w:rsidRPr="00E315CA">
        <w:rPr>
          <w:rFonts w:ascii="Times New Roman" w:hAnsi="Times New Roman" w:cs="Times New Roman"/>
          <w:sz w:val="24"/>
          <w:szCs w:val="24"/>
          <w:lang w:val="pl-PL"/>
        </w:rPr>
        <w:t xml:space="preserve"> za umyślne przestępstwo ścigane z</w:t>
      </w:r>
      <w:r w:rsidR="0060408B" w:rsidRPr="00E315CA"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E315CA">
        <w:rPr>
          <w:rFonts w:ascii="Times New Roman" w:hAnsi="Times New Roman" w:cs="Times New Roman"/>
          <w:sz w:val="24"/>
          <w:szCs w:val="24"/>
          <w:lang w:val="pl-PL"/>
        </w:rPr>
        <w:t>oskarżenia publicznego ani za umyślne przestępstwo skarbowe.</w:t>
      </w:r>
    </w:p>
    <w:p w14:paraId="36F8C0E1" w14:textId="77777777" w:rsidR="00F176C1" w:rsidRPr="00E315CA" w:rsidRDefault="00000000" w:rsidP="00E315CA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5. Cieszę się nieposzlakowaną opinią.</w:t>
      </w:r>
    </w:p>
    <w:p w14:paraId="6AF0A382" w14:textId="77777777" w:rsidR="0060408B" w:rsidRPr="00E315CA" w:rsidRDefault="00000000" w:rsidP="00E315CA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6. Dane i informacje podane przeze mnie w dokumentach złożonych w tym naborze są zgodne z prawdą.</w:t>
      </w:r>
    </w:p>
    <w:p w14:paraId="56594463" w14:textId="77777777" w:rsidR="0060408B" w:rsidRPr="00E315CA" w:rsidRDefault="0060408B" w:rsidP="00E315CA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7F851067" w14:textId="2D454AF4" w:rsidR="0060408B" w:rsidRPr="00E315CA" w:rsidRDefault="0060408B" w:rsidP="00E315CA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* niepotrzebne skreślić</w:t>
      </w:r>
    </w:p>
    <w:p w14:paraId="7A141EE1" w14:textId="77777777" w:rsidR="0060408B" w:rsidRPr="00E315CA" w:rsidRDefault="0060408B" w:rsidP="00E315CA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278C6514" w14:textId="7EAAE2B3" w:rsidR="00F176C1" w:rsidRPr="00E315CA" w:rsidRDefault="00000000" w:rsidP="00E315CA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................................, dnia ................................ r.</w:t>
      </w:r>
    </w:p>
    <w:p w14:paraId="01F704D9" w14:textId="77777777" w:rsidR="0060408B" w:rsidRPr="00E315CA" w:rsidRDefault="0060408B" w:rsidP="00E315CA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p w14:paraId="500E743A" w14:textId="70F1A941" w:rsidR="00F176C1" w:rsidRPr="00E315CA" w:rsidRDefault="00000000" w:rsidP="00E315CA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</w:t>
      </w:r>
      <w:r w:rsidRPr="00E315CA">
        <w:rPr>
          <w:rFonts w:ascii="Times New Roman" w:hAnsi="Times New Roman" w:cs="Times New Roman"/>
          <w:sz w:val="24"/>
          <w:szCs w:val="24"/>
          <w:lang w:val="pl-PL"/>
        </w:rPr>
        <w:br/>
        <w:t>(czytelny podpis kandydata / kandydatki)</w:t>
      </w:r>
    </w:p>
    <w:p w14:paraId="34567065" w14:textId="77777777" w:rsidR="00E315CA" w:rsidRDefault="00E315CA" w:rsidP="00E315CA">
      <w:pPr>
        <w:pStyle w:val="Tytu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br w:type="page"/>
      </w:r>
    </w:p>
    <w:p w14:paraId="36092300" w14:textId="6CCDF5AA" w:rsidR="00F176C1" w:rsidRPr="00E315CA" w:rsidRDefault="00000000" w:rsidP="00E315CA">
      <w:pPr>
        <w:pStyle w:val="Tytu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lastRenderedPageBreak/>
        <w:t>OŚWIADCZENIE O ZGODNOŚCI KOPII DOKUMENTÓW Z ORYGINAŁAMI</w:t>
      </w:r>
    </w:p>
    <w:p w14:paraId="17908AEC" w14:textId="7637FD7E" w:rsidR="00F176C1" w:rsidRPr="00E315CA" w:rsidRDefault="00000000" w:rsidP="00E315CA">
      <w:pPr>
        <w:pStyle w:val="Smallnote"/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 xml:space="preserve">Dotyczy naboru na stanowisko </w:t>
      </w:r>
      <w:r w:rsidR="00E315CA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…………………………………………………………………………………………………….</w:t>
      </w:r>
    </w:p>
    <w:p w14:paraId="1F2E43FF" w14:textId="77777777" w:rsidR="00F176C1" w:rsidRPr="00E315CA" w:rsidRDefault="00000000" w:rsidP="00E315CA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Imię i nazwisko:  ...............................................................................................................</w:t>
      </w:r>
    </w:p>
    <w:p w14:paraId="4CF35352" w14:textId="6B95C227" w:rsidR="00F176C1" w:rsidRPr="00E315CA" w:rsidRDefault="00000000" w:rsidP="00E315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 xml:space="preserve">Oświadczam, że wszystkie kopie dokumentów załączone przeze mnie do oferty w naborze na stanowisko </w:t>
      </w:r>
      <w:r w:rsidR="00E315CA">
        <w:rPr>
          <w:rFonts w:ascii="Times New Roman" w:hAnsi="Times New Roman" w:cs="Times New Roman"/>
          <w:sz w:val="24"/>
          <w:szCs w:val="24"/>
          <w:lang w:val="pl-PL"/>
        </w:rPr>
        <w:t>…………………………………………………………………………………</w:t>
      </w:r>
      <w:proofErr w:type="gramStart"/>
      <w:r w:rsidR="00E315CA">
        <w:rPr>
          <w:rFonts w:ascii="Times New Roman" w:hAnsi="Times New Roman" w:cs="Times New Roman"/>
          <w:sz w:val="24"/>
          <w:szCs w:val="24"/>
          <w:lang w:val="pl-PL"/>
        </w:rPr>
        <w:t>…….</w:t>
      </w:r>
      <w:proofErr w:type="gramEnd"/>
      <w:r w:rsidR="00E315CA">
        <w:rPr>
          <w:rFonts w:ascii="Times New Roman" w:hAnsi="Times New Roman" w:cs="Times New Roman"/>
          <w:sz w:val="24"/>
          <w:szCs w:val="24"/>
          <w:lang w:val="pl-PL"/>
        </w:rPr>
        <w:t>.</w:t>
      </w:r>
      <w:r w:rsidRPr="00E315CA">
        <w:rPr>
          <w:rFonts w:ascii="Times New Roman" w:hAnsi="Times New Roman" w:cs="Times New Roman"/>
          <w:sz w:val="24"/>
          <w:szCs w:val="24"/>
          <w:lang w:val="pl-PL"/>
        </w:rPr>
        <w:t xml:space="preserve"> w Urzędzie Miasta i Gminy w Suchedniowie są zgodne z posiadanymi przeze mnie oryginałami.</w:t>
      </w:r>
    </w:p>
    <w:p w14:paraId="2DD047C8" w14:textId="77777777" w:rsidR="00F176C1" w:rsidRPr="00E315CA" w:rsidRDefault="00000000" w:rsidP="00E315C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Oświadczenie obejmuje w szczególności kopie dokumentów potwierdzających wykształcenie, kwalifikacje oraz staż pracy, które zostały załączone do mojej oferty.</w:t>
      </w:r>
    </w:p>
    <w:p w14:paraId="7EA893BF" w14:textId="77777777" w:rsidR="00E315CA" w:rsidRDefault="00E315CA" w:rsidP="00E315CA">
      <w:pPr>
        <w:pStyle w:val="Smallnot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14:paraId="2A5E9913" w14:textId="6B462FE7" w:rsidR="00F176C1" w:rsidRPr="00E315CA" w:rsidRDefault="00000000" w:rsidP="00E315CA">
      <w:pPr>
        <w:pStyle w:val="Smallnote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Przy składaniu papierowym ogłoszenie wymaga potwierdzenia każdej kopii datą i podpisem. Ten formularz może być dodatkowym potwierdzeniem zbiorczym, lecz nie zastępuje wymogu oznaczenia poszczególnych kopii. Przy składaniu elektronicznym służy potwierdzeniu zgodności załączonych kopii z oryginałami zgodnie z ogłoszeniem.</w:t>
      </w:r>
    </w:p>
    <w:p w14:paraId="385D3C05" w14:textId="77777777" w:rsidR="00E315CA" w:rsidRDefault="00E315CA" w:rsidP="00E315CA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0A234A71" w14:textId="2438F6B5" w:rsidR="00F176C1" w:rsidRPr="00E315CA" w:rsidRDefault="00000000" w:rsidP="00E315CA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Suchedniów / ................................, dnia ................................ r.</w:t>
      </w:r>
    </w:p>
    <w:p w14:paraId="4DF95374" w14:textId="77777777" w:rsidR="00E315CA" w:rsidRDefault="00E315CA" w:rsidP="00E315CA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pl-PL"/>
        </w:rPr>
      </w:pPr>
    </w:p>
    <w:p w14:paraId="06EB910B" w14:textId="6BD4637B" w:rsidR="00F176C1" w:rsidRPr="00E315CA" w:rsidRDefault="00000000" w:rsidP="00E315CA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pl-PL"/>
        </w:rPr>
      </w:pPr>
      <w:r w:rsidRPr="00E315CA">
        <w:rPr>
          <w:rFonts w:ascii="Times New Roman" w:hAnsi="Times New Roman" w:cs="Times New Roman"/>
          <w:sz w:val="24"/>
          <w:szCs w:val="24"/>
          <w:lang w:val="pl-PL"/>
        </w:rPr>
        <w:t>..........................................................</w:t>
      </w:r>
      <w:r w:rsidRPr="00E315CA">
        <w:rPr>
          <w:rFonts w:ascii="Times New Roman" w:hAnsi="Times New Roman" w:cs="Times New Roman"/>
          <w:sz w:val="24"/>
          <w:szCs w:val="24"/>
          <w:lang w:val="pl-PL"/>
        </w:rPr>
        <w:br/>
        <w:t>(czytelny podpis kandydata / kandydatki)</w:t>
      </w:r>
    </w:p>
    <w:sectPr w:rsidR="00F176C1" w:rsidRPr="00E315CA" w:rsidSect="00034616">
      <w:headerReference w:type="default" r:id="rId8"/>
      <w:pgSz w:w="11906" w:h="16838"/>
      <w:pgMar w:top="1134" w:right="1247" w:bottom="102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DFE2F" w14:textId="77777777" w:rsidR="00D95EB4" w:rsidRDefault="00D95EB4">
      <w:pPr>
        <w:spacing w:after="0" w:line="240" w:lineRule="auto"/>
      </w:pPr>
      <w:r>
        <w:separator/>
      </w:r>
    </w:p>
  </w:endnote>
  <w:endnote w:type="continuationSeparator" w:id="0">
    <w:p w14:paraId="7BD97898" w14:textId="77777777" w:rsidR="00D95EB4" w:rsidRDefault="00D95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4047D" w14:textId="77777777" w:rsidR="00D95EB4" w:rsidRDefault="00D95EB4">
      <w:pPr>
        <w:spacing w:after="0" w:line="240" w:lineRule="auto"/>
      </w:pPr>
      <w:r>
        <w:separator/>
      </w:r>
    </w:p>
  </w:footnote>
  <w:footnote w:type="continuationSeparator" w:id="0">
    <w:p w14:paraId="22716257" w14:textId="77777777" w:rsidR="00D95EB4" w:rsidRDefault="00D95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A6ACA" w14:textId="190E0301" w:rsidR="00F176C1" w:rsidRDefault="00F176C1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8217307">
    <w:abstractNumId w:val="8"/>
  </w:num>
  <w:num w:numId="2" w16cid:durableId="165633747">
    <w:abstractNumId w:val="6"/>
  </w:num>
  <w:num w:numId="3" w16cid:durableId="1903325530">
    <w:abstractNumId w:val="5"/>
  </w:num>
  <w:num w:numId="4" w16cid:durableId="348217228">
    <w:abstractNumId w:val="4"/>
  </w:num>
  <w:num w:numId="5" w16cid:durableId="425151192">
    <w:abstractNumId w:val="7"/>
  </w:num>
  <w:num w:numId="6" w16cid:durableId="1906259875">
    <w:abstractNumId w:val="3"/>
  </w:num>
  <w:num w:numId="7" w16cid:durableId="1540625645">
    <w:abstractNumId w:val="2"/>
  </w:num>
  <w:num w:numId="8" w16cid:durableId="739062307">
    <w:abstractNumId w:val="1"/>
  </w:num>
  <w:num w:numId="9" w16cid:durableId="875629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7BD6"/>
    <w:rsid w:val="0029639D"/>
    <w:rsid w:val="00326F90"/>
    <w:rsid w:val="00335A13"/>
    <w:rsid w:val="0060408B"/>
    <w:rsid w:val="007C0C65"/>
    <w:rsid w:val="00864AF0"/>
    <w:rsid w:val="00AA1D8D"/>
    <w:rsid w:val="00B47730"/>
    <w:rsid w:val="00C66AFC"/>
    <w:rsid w:val="00CB0664"/>
    <w:rsid w:val="00D95EB4"/>
    <w:rsid w:val="00E315CA"/>
    <w:rsid w:val="00F176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273C48"/>
  <w14:defaultImageDpi w14:val="300"/>
  <w15:docId w15:val="{DEDFA438-77D1-443C-A7CE-8D3FD5BE3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64" w:lineRule="auto"/>
    </w:pPr>
    <w:rPr>
      <w:rFonts w:ascii="Aptos" w:hAnsi="Aptos"/>
      <w:color w:val="1D314B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 w:after="12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/>
      <w:b/>
      <w:bCs/>
      <w:sz w:val="2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before="160" w:after="12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rPr>
      <w:rFonts w:ascii="Aptos" w:hAnsi="Aptos"/>
      <w:color w:val="596576"/>
      <w:sz w:val="17"/>
    </w:rPr>
  </w:style>
  <w:style w:type="paragraph" w:styleId="NormalnyWeb">
    <w:name w:val="Normal (Web)"/>
    <w:basedOn w:val="Normalny"/>
    <w:uiPriority w:val="99"/>
    <w:semiHidden/>
    <w:unhideWhenUsed/>
    <w:rsid w:val="001E7BD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334</Words>
  <Characters>2005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2335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RENATA SIDOR</cp:lastModifiedBy>
  <cp:revision>4</cp:revision>
  <dcterms:created xsi:type="dcterms:W3CDTF">2013-12-23T23:15:00Z</dcterms:created>
  <dcterms:modified xsi:type="dcterms:W3CDTF">2026-11-03T11:38:00Z</dcterms:modified>
  <cp:category/>
</cp:coreProperties>
</file>